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B4BF9" w14:textId="77777777" w:rsidR="00034B33" w:rsidRPr="00690C7C" w:rsidRDefault="00000000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b/>
          <w:sz w:val="24"/>
          <w:szCs w:val="24"/>
          <w:lang w:val="pl-PL"/>
        </w:rPr>
        <w:t>REGULAMIN SZKOLNEGO KONKURSU PROFILAKTYCZNEGO</w:t>
      </w:r>
    </w:p>
    <w:p w14:paraId="5ADE2E7A" w14:textId="77777777" w:rsidR="00034B33" w:rsidRPr="00690C7C" w:rsidRDefault="00000000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b/>
          <w:sz w:val="24"/>
          <w:szCs w:val="24"/>
          <w:lang w:val="pl-PL"/>
        </w:rPr>
        <w:t>„Moc w Twojej Głowie – MOC POZA EKRANEM – ZAUWAŻ MNIE”</w:t>
      </w:r>
    </w:p>
    <w:p w14:paraId="18A9DFCE" w14:textId="77777777" w:rsidR="00034B33" w:rsidRPr="00690C7C" w:rsidRDefault="00000000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b/>
          <w:sz w:val="24"/>
          <w:szCs w:val="24"/>
          <w:lang w:val="pl-PL"/>
        </w:rPr>
        <w:t>dla uczniów klas I–III</w:t>
      </w:r>
    </w:p>
    <w:p w14:paraId="47FBACD7" w14:textId="77777777" w:rsidR="00034B33" w:rsidRPr="00690C7C" w:rsidRDefault="00000000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b/>
          <w:sz w:val="24"/>
          <w:szCs w:val="24"/>
          <w:lang w:val="pl-PL"/>
        </w:rPr>
        <w:t>Szkoła Podstawowa im. Jarosława Dąbrowskiego w Zrębicach</w:t>
      </w:r>
    </w:p>
    <w:p w14:paraId="1D228721" w14:textId="77777777" w:rsidR="00034B33" w:rsidRPr="00690C7C" w:rsidRDefault="00000000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i/>
          <w:sz w:val="24"/>
          <w:szCs w:val="24"/>
          <w:lang w:val="pl-PL"/>
        </w:rPr>
        <w:t>Konkurs realizowany w ramach projektu „Zalogowani w relacjach”</w:t>
      </w:r>
      <w:r w:rsidRPr="00690C7C">
        <w:rPr>
          <w:rFonts w:ascii="Times New Roman" w:hAnsi="Times New Roman" w:cs="Times New Roman"/>
          <w:i/>
          <w:sz w:val="24"/>
          <w:szCs w:val="24"/>
          <w:lang w:val="pl-PL"/>
        </w:rPr>
        <w:br/>
        <w:t>Powiatowej Poradni Psychologiczno-Pedagogicznej w Częstochowie</w:t>
      </w:r>
    </w:p>
    <w:p w14:paraId="50A6BA5B" w14:textId="77777777" w:rsidR="00034B33" w:rsidRPr="00690C7C" w:rsidRDefault="00000000">
      <w:pPr>
        <w:pStyle w:val="Nagwek1"/>
        <w:rPr>
          <w:rFonts w:ascii="Times New Roman" w:hAnsi="Times New Roman" w:cs="Times New Roman"/>
          <w:color w:val="auto"/>
          <w:szCs w:val="24"/>
          <w:lang w:val="pl-PL"/>
        </w:rPr>
      </w:pPr>
      <w:r w:rsidRPr="00690C7C">
        <w:rPr>
          <w:rFonts w:ascii="Times New Roman" w:hAnsi="Times New Roman" w:cs="Times New Roman"/>
          <w:color w:val="auto"/>
          <w:szCs w:val="24"/>
          <w:lang w:val="pl-PL"/>
        </w:rPr>
        <w:t>1. Organizatorzy konkursu</w:t>
      </w:r>
    </w:p>
    <w:p w14:paraId="274805D5" w14:textId="77777777" w:rsidR="00034B33" w:rsidRPr="00690C7C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Organizatorami konkursu są:</w:t>
      </w:r>
    </w:p>
    <w:p w14:paraId="11148EE1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mgr Joanna Zielińska – psycholog szkolny,</w:t>
      </w:r>
    </w:p>
    <w:p w14:paraId="5CBA00B0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 xml:space="preserve">mgr Izabela </w:t>
      </w:r>
      <w:proofErr w:type="spellStart"/>
      <w:r w:rsidRPr="00690C7C">
        <w:rPr>
          <w:rFonts w:ascii="Times New Roman" w:hAnsi="Times New Roman" w:cs="Times New Roman"/>
          <w:sz w:val="24"/>
          <w:szCs w:val="24"/>
          <w:lang w:val="pl-PL"/>
        </w:rPr>
        <w:t>Mendakiewicz</w:t>
      </w:r>
      <w:proofErr w:type="spellEnd"/>
      <w:r w:rsidRPr="00690C7C">
        <w:rPr>
          <w:rFonts w:ascii="Times New Roman" w:hAnsi="Times New Roman" w:cs="Times New Roman"/>
          <w:sz w:val="24"/>
          <w:szCs w:val="24"/>
          <w:lang w:val="pl-PL"/>
        </w:rPr>
        <w:t>-Pasieka – pedagog specjalny,</w:t>
      </w:r>
    </w:p>
    <w:p w14:paraId="66B94D8E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mgr Kamila Górecka – wychowawca klasy I,</w:t>
      </w:r>
    </w:p>
    <w:p w14:paraId="6DE136D2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mgr Karolina Kulińska – wychowawca klasy II,</w:t>
      </w:r>
    </w:p>
    <w:p w14:paraId="74010841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mgr Ewelina Michalik – wychowawca klasy III.</w:t>
      </w:r>
    </w:p>
    <w:p w14:paraId="66A68A17" w14:textId="77777777" w:rsidR="00034B33" w:rsidRPr="00690C7C" w:rsidRDefault="00000000">
      <w:pPr>
        <w:pStyle w:val="Nagwek1"/>
        <w:rPr>
          <w:rFonts w:ascii="Times New Roman" w:hAnsi="Times New Roman" w:cs="Times New Roman"/>
          <w:color w:val="auto"/>
          <w:szCs w:val="24"/>
          <w:lang w:val="pl-PL"/>
        </w:rPr>
      </w:pPr>
      <w:r w:rsidRPr="00690C7C">
        <w:rPr>
          <w:rFonts w:ascii="Times New Roman" w:hAnsi="Times New Roman" w:cs="Times New Roman"/>
          <w:color w:val="auto"/>
          <w:szCs w:val="24"/>
          <w:lang w:val="pl-PL"/>
        </w:rPr>
        <w:t>2. Cele konkursu</w:t>
      </w:r>
    </w:p>
    <w:p w14:paraId="1E0C8487" w14:textId="77777777" w:rsidR="00034B33" w:rsidRPr="00690C7C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Celem konkursu jest:</w:t>
      </w:r>
    </w:p>
    <w:p w14:paraId="6144DF4C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promowanie higieny cyfrowej i aktywności poza ekranem;</w:t>
      </w:r>
    </w:p>
    <w:p w14:paraId="2A373F8D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zwrócenie uwagi na wartość bezpośrednich relacji z innymi ludźmi;</w:t>
      </w:r>
    </w:p>
    <w:p w14:paraId="248DCF01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wzmacnianie więzi rodzinnych i rówieśniczych;</w:t>
      </w:r>
    </w:p>
    <w:p w14:paraId="6F4B177A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zachęcanie do wspólnego spędzania czasu, rozmowy, zabawy, aktywności ruchowej i rozwijania zainteresowań;</w:t>
      </w:r>
    </w:p>
    <w:p w14:paraId="2ED0936A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rozwijanie umiejętności dostrzegania drugiego człowieka, jego obecności i potrzeb;</w:t>
      </w:r>
    </w:p>
    <w:p w14:paraId="12B41929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promowanie równowagi pomiędzy korzystaniem z technologii a aktywnością off-</w:t>
      </w:r>
      <w:proofErr w:type="spellStart"/>
      <w:r w:rsidRPr="00690C7C">
        <w:rPr>
          <w:rFonts w:ascii="Times New Roman" w:hAnsi="Times New Roman" w:cs="Times New Roman"/>
          <w:sz w:val="24"/>
          <w:szCs w:val="24"/>
          <w:lang w:val="pl-PL"/>
        </w:rPr>
        <w:t>line</w:t>
      </w:r>
      <w:proofErr w:type="spellEnd"/>
      <w:r w:rsidRPr="00690C7C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14:paraId="2235F098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wspieranie zdrowia psychicznego i dobrostanu dzieci.</w:t>
      </w:r>
    </w:p>
    <w:p w14:paraId="0A5BC1A0" w14:textId="77777777" w:rsidR="00034B33" w:rsidRPr="00690C7C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Konkurs wpisuje się w podstawowe kierunki realizacji polityki oświatowej państwa w roku szkolnym 2026/2027, w szczególności w zakresie promowania higieny cyfrowej i aktywności off-</w:t>
      </w:r>
      <w:proofErr w:type="spellStart"/>
      <w:r w:rsidRPr="00690C7C">
        <w:rPr>
          <w:rFonts w:ascii="Times New Roman" w:hAnsi="Times New Roman" w:cs="Times New Roman"/>
          <w:sz w:val="24"/>
          <w:szCs w:val="24"/>
          <w:lang w:val="pl-PL"/>
        </w:rPr>
        <w:t>line</w:t>
      </w:r>
      <w:proofErr w:type="spellEnd"/>
      <w:r w:rsidRPr="00690C7C">
        <w:rPr>
          <w:rFonts w:ascii="Times New Roman" w:hAnsi="Times New Roman" w:cs="Times New Roman"/>
          <w:sz w:val="24"/>
          <w:szCs w:val="24"/>
          <w:lang w:val="pl-PL"/>
        </w:rPr>
        <w:t xml:space="preserve"> oraz profilaktyki uzależnień behawioralnych, przeciwdziałania przemocy rówieśniczej i wspierania zdrowia psychicznego dzieci i młodzieży.</w:t>
      </w:r>
    </w:p>
    <w:p w14:paraId="7D1FD8C2" w14:textId="77777777" w:rsidR="00034B33" w:rsidRPr="00690C7C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Konkurs jest również spójny z działaniami szkoły związanymi z zasadami dotyczącymi korzystania przez uczniów z telefonów komórkowych i innych osobistych urządzeń elektronicznych.</w:t>
      </w:r>
    </w:p>
    <w:p w14:paraId="49CB8F2D" w14:textId="77777777" w:rsidR="00034B33" w:rsidRPr="00690C7C" w:rsidRDefault="00000000">
      <w:pPr>
        <w:pStyle w:val="Nagwek1"/>
        <w:rPr>
          <w:rFonts w:ascii="Times New Roman" w:hAnsi="Times New Roman" w:cs="Times New Roman"/>
          <w:color w:val="auto"/>
          <w:szCs w:val="24"/>
          <w:lang w:val="pl-PL"/>
        </w:rPr>
      </w:pPr>
      <w:r w:rsidRPr="00690C7C">
        <w:rPr>
          <w:rFonts w:ascii="Times New Roman" w:hAnsi="Times New Roman" w:cs="Times New Roman"/>
          <w:color w:val="auto"/>
          <w:szCs w:val="24"/>
          <w:lang w:val="pl-PL"/>
        </w:rPr>
        <w:t>3. Tematyka konkursu</w:t>
      </w:r>
    </w:p>
    <w:p w14:paraId="21407F33" w14:textId="77777777" w:rsidR="00034B33" w:rsidRPr="00690C7C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b/>
          <w:sz w:val="24"/>
          <w:szCs w:val="24"/>
          <w:lang w:val="pl-PL"/>
        </w:rPr>
        <w:t>Temat pracy: „Moc poza ekranem – ZAUWAŻ MNIE”</w:t>
      </w:r>
    </w:p>
    <w:p w14:paraId="425C96CD" w14:textId="77777777" w:rsidR="00034B33" w:rsidRPr="00690C7C" w:rsidRDefault="00000000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b/>
          <w:sz w:val="24"/>
          <w:szCs w:val="24"/>
          <w:lang w:val="pl-PL"/>
        </w:rPr>
        <w:t>Pokaż, co łączy ludzi, kiedy odkładamy ekran.</w:t>
      </w:r>
    </w:p>
    <w:p w14:paraId="7512170D" w14:textId="77777777" w:rsidR="00034B33" w:rsidRPr="00690C7C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Praca powinna nawiązywać do wartości bezpośrednich relacji z drugim człowiekiem oraz pokazywać, jak możemy spędzać czas i być razem poza światem ekranów.</w:t>
      </w:r>
    </w:p>
    <w:p w14:paraId="520B5318" w14:textId="77777777" w:rsidR="00034B33" w:rsidRPr="00690C7C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b/>
          <w:sz w:val="24"/>
          <w:szCs w:val="24"/>
          <w:lang w:val="pl-PL"/>
        </w:rPr>
        <w:t>Myśl przewodnia konkursu: „Zauważ mnie – zauważam innych”.</w:t>
      </w:r>
    </w:p>
    <w:p w14:paraId="177FA5D9" w14:textId="77777777" w:rsidR="00034B33" w:rsidRPr="00690C7C" w:rsidRDefault="00000000">
      <w:pPr>
        <w:pStyle w:val="Nagwek1"/>
        <w:rPr>
          <w:rFonts w:ascii="Times New Roman" w:hAnsi="Times New Roman" w:cs="Times New Roman"/>
          <w:color w:val="auto"/>
          <w:szCs w:val="24"/>
          <w:lang w:val="pl-PL"/>
        </w:rPr>
      </w:pPr>
      <w:r w:rsidRPr="00690C7C">
        <w:rPr>
          <w:rFonts w:ascii="Times New Roman" w:hAnsi="Times New Roman" w:cs="Times New Roman"/>
          <w:color w:val="auto"/>
          <w:szCs w:val="24"/>
          <w:lang w:val="pl-PL"/>
        </w:rPr>
        <w:t>4. Uczestnicy konkursu</w:t>
      </w:r>
    </w:p>
    <w:p w14:paraId="170A3F6A" w14:textId="77777777" w:rsidR="00034B33" w:rsidRPr="00690C7C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Konkurs adresowany jest do uczniów klas I–III Szkoły Podstawowej im. Jarosława Dąbrowskiego w Zrębicach.</w:t>
      </w:r>
    </w:p>
    <w:p w14:paraId="7F2F8737" w14:textId="77777777" w:rsidR="00034B33" w:rsidRPr="00690C7C" w:rsidRDefault="00000000">
      <w:pPr>
        <w:pStyle w:val="Nagwek1"/>
        <w:rPr>
          <w:rFonts w:ascii="Times New Roman" w:hAnsi="Times New Roman" w:cs="Times New Roman"/>
          <w:color w:val="auto"/>
          <w:szCs w:val="24"/>
          <w:lang w:val="pl-PL"/>
        </w:rPr>
      </w:pPr>
      <w:r w:rsidRPr="00690C7C">
        <w:rPr>
          <w:rFonts w:ascii="Times New Roman" w:hAnsi="Times New Roman" w:cs="Times New Roman"/>
          <w:color w:val="auto"/>
          <w:szCs w:val="24"/>
          <w:lang w:val="pl-PL"/>
        </w:rPr>
        <w:t>5. Forma pracy konkursowej</w:t>
      </w:r>
    </w:p>
    <w:p w14:paraId="5D6354A5" w14:textId="77777777" w:rsidR="00034B33" w:rsidRPr="00690C7C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Praca konkursowa ma formę plakatu profilaktycznego i może być wykonana dowolną techniką.</w:t>
      </w:r>
    </w:p>
    <w:p w14:paraId="46B32DF6" w14:textId="77777777" w:rsidR="00034B33" w:rsidRPr="00690C7C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Praca może zostać wykonana samodzielnie przez ucznia lub wspólnie z rodzicem/opiekunem. W przypadku pracy rodzinnej dziecko powinno aktywnie uczestniczyć w jej tworzeniu.</w:t>
      </w:r>
    </w:p>
    <w:p w14:paraId="62F6FF0C" w14:textId="77777777" w:rsidR="00034B33" w:rsidRPr="00690C7C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Każdy uczestnik może zgłosić jedną pracę konkursową.</w:t>
      </w:r>
    </w:p>
    <w:p w14:paraId="38A3508B" w14:textId="77777777" w:rsidR="00034B33" w:rsidRPr="00690C7C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Pracę należy podpisać na odwrocie: imię i nazwisko ucznia, klasa.</w:t>
      </w:r>
    </w:p>
    <w:p w14:paraId="6C55AE86" w14:textId="77777777" w:rsidR="00034B33" w:rsidRPr="00690C7C" w:rsidRDefault="00000000">
      <w:pPr>
        <w:pStyle w:val="Nagwek1"/>
        <w:rPr>
          <w:rFonts w:ascii="Times New Roman" w:hAnsi="Times New Roman" w:cs="Times New Roman"/>
          <w:color w:val="auto"/>
          <w:szCs w:val="24"/>
          <w:lang w:val="pl-PL"/>
        </w:rPr>
      </w:pPr>
      <w:r w:rsidRPr="00690C7C">
        <w:rPr>
          <w:rFonts w:ascii="Times New Roman" w:hAnsi="Times New Roman" w:cs="Times New Roman"/>
          <w:color w:val="auto"/>
          <w:szCs w:val="24"/>
          <w:lang w:val="pl-PL"/>
        </w:rPr>
        <w:lastRenderedPageBreak/>
        <w:t>6. Zasady wykonania prac</w:t>
      </w:r>
    </w:p>
    <w:p w14:paraId="2E153634" w14:textId="77777777" w:rsidR="00034B33" w:rsidRPr="00690C7C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Praca powinna:</w:t>
      </w:r>
    </w:p>
    <w:p w14:paraId="7ECD358A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być zgodna z tematyką konkursu;</w:t>
      </w:r>
    </w:p>
    <w:p w14:paraId="218BE85E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przedstawiać własny pomysł uczestnika lub uczestnika i rodzica/opiekuna;</w:t>
      </w:r>
    </w:p>
    <w:p w14:paraId="0F5E3418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przekazywać pozytywne przesłanie związane z relacjami i aktywnością poza ekranem;</w:t>
      </w:r>
    </w:p>
    <w:p w14:paraId="2C013D4F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690C7C">
        <w:rPr>
          <w:rFonts w:ascii="Times New Roman" w:hAnsi="Times New Roman" w:cs="Times New Roman"/>
          <w:sz w:val="24"/>
          <w:szCs w:val="24"/>
        </w:rPr>
        <w:t>być</w:t>
      </w:r>
      <w:proofErr w:type="spellEnd"/>
      <w:r w:rsidRPr="00690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C7C">
        <w:rPr>
          <w:rFonts w:ascii="Times New Roman" w:hAnsi="Times New Roman" w:cs="Times New Roman"/>
          <w:sz w:val="24"/>
          <w:szCs w:val="24"/>
        </w:rPr>
        <w:t>estetyczna</w:t>
      </w:r>
      <w:proofErr w:type="spellEnd"/>
      <w:r w:rsidRPr="00690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C7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90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C7C">
        <w:rPr>
          <w:rFonts w:ascii="Times New Roman" w:hAnsi="Times New Roman" w:cs="Times New Roman"/>
          <w:sz w:val="24"/>
          <w:szCs w:val="24"/>
        </w:rPr>
        <w:t>czytelna</w:t>
      </w:r>
      <w:proofErr w:type="spellEnd"/>
      <w:r w:rsidRPr="00690C7C">
        <w:rPr>
          <w:rFonts w:ascii="Times New Roman" w:hAnsi="Times New Roman" w:cs="Times New Roman"/>
          <w:sz w:val="24"/>
          <w:szCs w:val="24"/>
        </w:rPr>
        <w:t>.</w:t>
      </w:r>
    </w:p>
    <w:p w14:paraId="4699C934" w14:textId="77777777" w:rsidR="00034B33" w:rsidRPr="00690C7C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W przypadku wykorzystania cudzych treści, w szczególności cytatów, należy podać ich źródło i przestrzegać praw autorskich.</w:t>
      </w:r>
    </w:p>
    <w:p w14:paraId="14C8B100" w14:textId="77777777" w:rsidR="00034B33" w:rsidRPr="00690C7C" w:rsidRDefault="00000000">
      <w:pPr>
        <w:pStyle w:val="Nagwek1"/>
        <w:rPr>
          <w:rFonts w:ascii="Times New Roman" w:hAnsi="Times New Roman" w:cs="Times New Roman"/>
          <w:color w:val="auto"/>
          <w:szCs w:val="24"/>
        </w:rPr>
      </w:pPr>
      <w:r w:rsidRPr="00690C7C">
        <w:rPr>
          <w:rFonts w:ascii="Times New Roman" w:hAnsi="Times New Roman" w:cs="Times New Roman"/>
          <w:color w:val="auto"/>
          <w:szCs w:val="24"/>
        </w:rPr>
        <w:t>7. Terminy i sposób składania prac</w:t>
      </w:r>
    </w:p>
    <w:p w14:paraId="723B100F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do 8 października 2026 r. – składanie prac konkursowych u wychowawców klas, psychologa szkolnego, pedagoga specjalnego lub nauczycieli informatyki;</w:t>
      </w:r>
    </w:p>
    <w:p w14:paraId="5EE3FF17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12 października 2026 r. – rozstrzygnięcie konkursu i wyłonienie laureatów.</w:t>
      </w:r>
    </w:p>
    <w:p w14:paraId="6BBE0811" w14:textId="77777777" w:rsidR="00034B33" w:rsidRPr="00690C7C" w:rsidRDefault="00000000">
      <w:pPr>
        <w:pStyle w:val="Nagwek1"/>
        <w:rPr>
          <w:rFonts w:ascii="Times New Roman" w:hAnsi="Times New Roman" w:cs="Times New Roman"/>
          <w:color w:val="auto"/>
          <w:szCs w:val="24"/>
          <w:lang w:val="pl-PL"/>
        </w:rPr>
      </w:pPr>
      <w:r w:rsidRPr="00690C7C">
        <w:rPr>
          <w:rFonts w:ascii="Times New Roman" w:hAnsi="Times New Roman" w:cs="Times New Roman"/>
          <w:color w:val="auto"/>
          <w:szCs w:val="24"/>
          <w:lang w:val="pl-PL"/>
        </w:rPr>
        <w:t>8. Ocena prac</w:t>
      </w:r>
    </w:p>
    <w:p w14:paraId="744877E6" w14:textId="77777777" w:rsidR="00034B33" w:rsidRPr="00690C7C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Prace oceni komisja konkursowa, biorąc pod uwagę:</w:t>
      </w:r>
    </w:p>
    <w:p w14:paraId="1B2C98FC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690C7C">
        <w:rPr>
          <w:rFonts w:ascii="Times New Roman" w:hAnsi="Times New Roman" w:cs="Times New Roman"/>
          <w:sz w:val="24"/>
          <w:szCs w:val="24"/>
        </w:rPr>
        <w:t>zgodność</w:t>
      </w:r>
      <w:proofErr w:type="spellEnd"/>
      <w:r w:rsidRPr="00690C7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690C7C">
        <w:rPr>
          <w:rFonts w:ascii="Times New Roman" w:hAnsi="Times New Roman" w:cs="Times New Roman"/>
          <w:sz w:val="24"/>
          <w:szCs w:val="24"/>
        </w:rPr>
        <w:t>tematyką</w:t>
      </w:r>
      <w:proofErr w:type="spellEnd"/>
      <w:r w:rsidRPr="00690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C7C">
        <w:rPr>
          <w:rFonts w:ascii="Times New Roman" w:hAnsi="Times New Roman" w:cs="Times New Roman"/>
          <w:sz w:val="24"/>
          <w:szCs w:val="24"/>
        </w:rPr>
        <w:t>konkursu</w:t>
      </w:r>
      <w:proofErr w:type="spellEnd"/>
      <w:r w:rsidRPr="00690C7C">
        <w:rPr>
          <w:rFonts w:ascii="Times New Roman" w:hAnsi="Times New Roman" w:cs="Times New Roman"/>
          <w:sz w:val="24"/>
          <w:szCs w:val="24"/>
        </w:rPr>
        <w:t>;</w:t>
      </w:r>
    </w:p>
    <w:p w14:paraId="18F5BAB7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</w:rPr>
      </w:pPr>
      <w:r w:rsidRPr="00690C7C">
        <w:rPr>
          <w:rFonts w:ascii="Times New Roman" w:hAnsi="Times New Roman" w:cs="Times New Roman"/>
          <w:sz w:val="24"/>
          <w:szCs w:val="24"/>
        </w:rPr>
        <w:t>czytelność i trafność przekazu;</w:t>
      </w:r>
    </w:p>
    <w:p w14:paraId="2608B6AE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</w:rPr>
      </w:pPr>
      <w:r w:rsidRPr="00690C7C">
        <w:rPr>
          <w:rFonts w:ascii="Times New Roman" w:hAnsi="Times New Roman" w:cs="Times New Roman"/>
          <w:sz w:val="24"/>
          <w:szCs w:val="24"/>
        </w:rPr>
        <w:t>pomysłowość i oryginalność;</w:t>
      </w:r>
    </w:p>
    <w:p w14:paraId="3754ED87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sposób ukazania wartości relacji i aktywności poza ekranem;</w:t>
      </w:r>
    </w:p>
    <w:p w14:paraId="50293659" w14:textId="77777777" w:rsidR="00034B33" w:rsidRPr="00690C7C" w:rsidRDefault="00000000">
      <w:pPr>
        <w:pStyle w:val="Listapunktowana"/>
        <w:spacing w:after="20"/>
        <w:rPr>
          <w:rFonts w:ascii="Times New Roman" w:hAnsi="Times New Roman" w:cs="Times New Roman"/>
          <w:sz w:val="24"/>
          <w:szCs w:val="24"/>
        </w:rPr>
      </w:pPr>
      <w:proofErr w:type="spellStart"/>
      <w:r w:rsidRPr="00690C7C">
        <w:rPr>
          <w:rFonts w:ascii="Times New Roman" w:hAnsi="Times New Roman" w:cs="Times New Roman"/>
          <w:sz w:val="24"/>
          <w:szCs w:val="24"/>
        </w:rPr>
        <w:t>walory</w:t>
      </w:r>
      <w:proofErr w:type="spellEnd"/>
      <w:r w:rsidRPr="00690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C7C">
        <w:rPr>
          <w:rFonts w:ascii="Times New Roman" w:hAnsi="Times New Roman" w:cs="Times New Roman"/>
          <w:sz w:val="24"/>
          <w:szCs w:val="24"/>
        </w:rPr>
        <w:t>estetyczne</w:t>
      </w:r>
      <w:proofErr w:type="spellEnd"/>
      <w:r w:rsidRPr="00690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C7C">
        <w:rPr>
          <w:rFonts w:ascii="Times New Roman" w:hAnsi="Times New Roman" w:cs="Times New Roman"/>
          <w:sz w:val="24"/>
          <w:szCs w:val="24"/>
        </w:rPr>
        <w:t>pracy</w:t>
      </w:r>
      <w:proofErr w:type="spellEnd"/>
      <w:r w:rsidRPr="00690C7C">
        <w:rPr>
          <w:rFonts w:ascii="Times New Roman" w:hAnsi="Times New Roman" w:cs="Times New Roman"/>
          <w:sz w:val="24"/>
          <w:szCs w:val="24"/>
        </w:rPr>
        <w:t>.</w:t>
      </w:r>
    </w:p>
    <w:p w14:paraId="5816DA29" w14:textId="77777777" w:rsidR="00034B33" w:rsidRPr="00690C7C" w:rsidRDefault="00000000">
      <w:pPr>
        <w:pStyle w:val="Nagwek1"/>
        <w:rPr>
          <w:rFonts w:ascii="Times New Roman" w:hAnsi="Times New Roman" w:cs="Times New Roman"/>
          <w:color w:val="auto"/>
          <w:szCs w:val="24"/>
        </w:rPr>
      </w:pPr>
      <w:r w:rsidRPr="00690C7C">
        <w:rPr>
          <w:rFonts w:ascii="Times New Roman" w:hAnsi="Times New Roman" w:cs="Times New Roman"/>
          <w:color w:val="auto"/>
          <w:szCs w:val="24"/>
        </w:rPr>
        <w:t>9. Nagrody</w:t>
      </w:r>
    </w:p>
    <w:p w14:paraId="7FBC2AF6" w14:textId="77777777" w:rsidR="00034B33" w:rsidRPr="00690C7C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Komisja konkursowa przyzna I, II i III miejsce oraz może przyznać wyróżnienia.</w:t>
      </w:r>
    </w:p>
    <w:p w14:paraId="70C917ED" w14:textId="77777777" w:rsidR="00034B33" w:rsidRPr="00690C7C" w:rsidRDefault="00000000">
      <w:pPr>
        <w:pStyle w:val="Nagwek1"/>
        <w:rPr>
          <w:rFonts w:ascii="Times New Roman" w:hAnsi="Times New Roman" w:cs="Times New Roman"/>
          <w:color w:val="auto"/>
          <w:szCs w:val="24"/>
          <w:lang w:val="pl-PL"/>
        </w:rPr>
      </w:pPr>
      <w:r w:rsidRPr="00690C7C">
        <w:rPr>
          <w:rFonts w:ascii="Times New Roman" w:hAnsi="Times New Roman" w:cs="Times New Roman"/>
          <w:color w:val="auto"/>
          <w:szCs w:val="24"/>
          <w:lang w:val="pl-PL"/>
        </w:rPr>
        <w:t>10. Prezentacja prac</w:t>
      </w:r>
    </w:p>
    <w:p w14:paraId="6DA7C2FA" w14:textId="77777777" w:rsidR="00034B33" w:rsidRPr="00690C7C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Nagrodzone i wyróżnione prace zostaną zaprezentowane na terenie szkoły. Relacja z wydarzenia może zostać opublikowana na stronie internetowej szkoły i w szkolnych mediach społecznościowych, zgodnie z obowiązującymi w szkole zasadami dotyczącymi publikacji materiałów z wydarzeń szkolnych. Publikacja prac konkursowych w Internecie odbywa się zgodnie z obowiązującymi w szkole zasadami i wymaganymi zgodami.</w:t>
      </w:r>
    </w:p>
    <w:p w14:paraId="57EFCF9A" w14:textId="77777777" w:rsidR="00034B33" w:rsidRPr="00690C7C" w:rsidRDefault="00000000">
      <w:pPr>
        <w:pStyle w:val="Nagwek1"/>
        <w:rPr>
          <w:rFonts w:ascii="Times New Roman" w:hAnsi="Times New Roman" w:cs="Times New Roman"/>
          <w:color w:val="auto"/>
          <w:szCs w:val="24"/>
          <w:lang w:val="pl-PL"/>
        </w:rPr>
      </w:pPr>
      <w:r w:rsidRPr="00690C7C">
        <w:rPr>
          <w:rFonts w:ascii="Times New Roman" w:hAnsi="Times New Roman" w:cs="Times New Roman"/>
          <w:color w:val="auto"/>
          <w:szCs w:val="24"/>
          <w:lang w:val="pl-PL"/>
        </w:rPr>
        <w:t>11. Postanowienia końcowe</w:t>
      </w:r>
    </w:p>
    <w:p w14:paraId="25FC3E9C" w14:textId="77777777" w:rsidR="00034B33" w:rsidRPr="00690C7C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Złożenie pracy konkursowej jest równoznaczne z akceptacją niniejszego regulaminu.</w:t>
      </w:r>
    </w:p>
    <w:p w14:paraId="58FA9D38" w14:textId="77777777" w:rsidR="00034B33" w:rsidRPr="00690C7C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690C7C">
        <w:rPr>
          <w:rFonts w:ascii="Times New Roman" w:hAnsi="Times New Roman" w:cs="Times New Roman"/>
          <w:sz w:val="24"/>
          <w:szCs w:val="24"/>
          <w:lang w:val="pl-PL"/>
        </w:rPr>
        <w:t>Konkurs stanowi element działań wychowawczo-profilaktycznych Szkoły Podstawowej im. Jarosława Dąbrowskiego w Zrębicach i jest realizowany w ramach projektu „Zalogowani w relacjach” Powiatowej Poradni Psychologiczno-Pedagogicznej w Częstochowie.</w:t>
      </w:r>
    </w:p>
    <w:sectPr w:rsidR="00034B33" w:rsidRPr="00690C7C" w:rsidSect="00034616">
      <w:pgSz w:w="12240" w:h="15840"/>
      <w:pgMar w:top="822" w:right="1077" w:bottom="822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1732484">
    <w:abstractNumId w:val="8"/>
  </w:num>
  <w:num w:numId="2" w16cid:durableId="765268009">
    <w:abstractNumId w:val="6"/>
  </w:num>
  <w:num w:numId="3" w16cid:durableId="447823332">
    <w:abstractNumId w:val="5"/>
  </w:num>
  <w:num w:numId="4" w16cid:durableId="1181436113">
    <w:abstractNumId w:val="4"/>
  </w:num>
  <w:num w:numId="5" w16cid:durableId="478571820">
    <w:abstractNumId w:val="7"/>
  </w:num>
  <w:num w:numId="6" w16cid:durableId="1456484024">
    <w:abstractNumId w:val="3"/>
  </w:num>
  <w:num w:numId="7" w16cid:durableId="409422316">
    <w:abstractNumId w:val="2"/>
  </w:num>
  <w:num w:numId="8" w16cid:durableId="849174931">
    <w:abstractNumId w:val="1"/>
  </w:num>
  <w:num w:numId="9" w16cid:durableId="687633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4B33"/>
    <w:rsid w:val="0006063C"/>
    <w:rsid w:val="0015074B"/>
    <w:rsid w:val="0029639D"/>
    <w:rsid w:val="00326F90"/>
    <w:rsid w:val="00690C7C"/>
    <w:rsid w:val="007D54D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0AC6A8"/>
  <w14:defaultImageDpi w14:val="300"/>
  <w15:docId w15:val="{B35AD0FF-45E6-4622-8D86-3C6AE7113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40" w:line="247" w:lineRule="auto"/>
    </w:pPr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Joanna Zielińska</cp:lastModifiedBy>
  <cp:revision>2</cp:revision>
  <dcterms:created xsi:type="dcterms:W3CDTF">2026-09-28T08:20:00Z</dcterms:created>
  <dcterms:modified xsi:type="dcterms:W3CDTF">2026-09-28T08:20:00Z</dcterms:modified>
  <cp:category/>
</cp:coreProperties>
</file>